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096"/>
        <w:gridCol w:w="2232"/>
        <w:gridCol w:w="5270"/>
      </w:tblGrid>
      <w:tr>
        <w:tc>
          <w:tcPr>
            <w:tcW w:type="dxa" w:w="3533"/>
            <w:shd w:fill="0B3357"/>
            <w:tcMar>
              <w:top w:w="65" w:type="dxa"/>
              <w:start w:w="100" w:type="dxa"/>
              <w:bottom w:w="65" w:type="dxa"/>
              <w:end w:w="100"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4"/>
              </w:rPr>
              <w:t>DATE</w:t>
            </w:r>
          </w:p>
        </w:tc>
        <w:tc>
          <w:tcPr>
            <w:tcW w:type="dxa" w:w="3533"/>
            <w:shd w:fill="0B3357"/>
            <w:tcMar>
              <w:top w:w="65" w:type="dxa"/>
              <w:start w:w="100" w:type="dxa"/>
              <w:bottom w:w="65" w:type="dxa"/>
              <w:end w:w="100"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4"/>
              </w:rPr>
              <w:t>TIME</w:t>
            </w:r>
          </w:p>
        </w:tc>
        <w:tc>
          <w:tcPr>
            <w:tcW w:type="dxa" w:w="3533"/>
            <w:shd w:fill="0B3357"/>
            <w:tcMar>
              <w:top w:w="65" w:type="dxa"/>
              <w:start w:w="100" w:type="dxa"/>
              <w:bottom w:w="65" w:type="dxa"/>
              <w:end w:w="100"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4"/>
              </w:rPr>
              <w:t>LOCATION</w:t>
            </w:r>
          </w:p>
        </w:tc>
      </w:tr>
      <w:tr>
        <w:tc>
          <w:tcPr>
            <w:tcW w:type="dxa" w:w="3533"/>
            <w:shd w:fill="F6F8FA"/>
            <w:tcMar>
              <w:top w:w="95" w:type="dxa"/>
              <w:start w:w="100" w:type="dxa"/>
              <w:bottom w:w="95" w:type="dxa"/>
              <w:end w:w="100"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color w:val="1F2D3D"/>
                <w:sz w:val="18"/>
              </w:rPr>
              <w:t>September 14, 2026</w:t>
            </w:r>
          </w:p>
        </w:tc>
        <w:tc>
          <w:tcPr>
            <w:tcW w:type="dxa" w:w="3533"/>
            <w:shd w:fill="F6F8FA"/>
            <w:tcMar>
              <w:top w:w="95" w:type="dxa"/>
              <w:start w:w="100" w:type="dxa"/>
              <w:bottom w:w="95" w:type="dxa"/>
              <w:end w:w="100"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color w:val="1F2D3D"/>
                <w:sz w:val="18"/>
              </w:rPr>
              <w:t>17:30</w:t>
            </w:r>
          </w:p>
        </w:tc>
        <w:tc>
          <w:tcPr>
            <w:tcW w:type="dxa" w:w="3533"/>
            <w:shd w:fill="F6F8FA"/>
            <w:tcMar>
              <w:top w:w="95" w:type="dxa"/>
              <w:start w:w="100" w:type="dxa"/>
              <w:bottom w:w="95" w:type="dxa"/>
              <w:end w:w="100"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8"/>
              </w:rPr>
              <w:t>204 Commercial Street</w:t>
              <w:br/>
              <w:t>Idaho City, Idaho 83631</w:t>
            </w:r>
          </w:p>
        </w:tc>
      </w:tr>
    </w:tbl>
    <w:p>
      <w:pPr>
        <w:spacing w:after="20"/>
      </w:pPr>
    </w:p>
    <w:tbl>
      <w:tblPr>
        <w:tblW w:type="auto" w:w="0"/>
        <w:jc w:val="center"/>
        <w:tblLayout w:type="fixed"/>
        <w:tblLook w:firstColumn="1" w:firstRow="1" w:lastColumn="0" w:lastRow="0" w:noHBand="0" w:noVBand="1" w:val="04A0"/>
      </w:tblPr>
      <w:tblGrid>
        <w:gridCol w:w="2088"/>
        <w:gridCol w:w="8510"/>
      </w:tblGrid>
      <w:tr>
        <w:tc>
          <w:tcPr>
            <w:tcW w:type="dxa" w:w="5299"/>
            <w:shd w:fill="EAF2F8"/>
            <w:tcMar>
              <w:top w:w="90" w:type="dxa"/>
              <w:start w:w="110" w:type="dxa"/>
              <w:bottom w:w="90" w:type="dxa"/>
              <w:end w:w="110" w:type="dxa"/>
            </w:tcMar>
            <w:tcBorders>
              <w:top w:val="single" w:sz="3" w:color="D6E2EC"/>
              <w:bottom w:val="single" w:sz="3" w:color="D6E2EC"/>
            </w:tcBorders>
          </w:tcPr>
          <w:p>
            <w:pPr>
              <w:spacing w:before="0" w:after="0" w:line="240" w:lineRule="auto"/>
            </w:pPr>
            <w:r>
              <w:rPr>
                <w:rFonts w:ascii="Aptos" w:hAnsi="Aptos"/>
                <w:b/>
                <w:color w:val="0B3357"/>
                <w:sz w:val="15"/>
              </w:rPr>
              <w:t>MICROSOFT TEAMS</w:t>
            </w:r>
          </w:p>
        </w:tc>
        <w:tc>
          <w:tcPr>
            <w:tcW w:type="dxa" w:w="5299"/>
            <w:shd w:fill="EAF2F8"/>
            <w:tcMar>
              <w:top w:w="90" w:type="dxa"/>
              <w:start w:w="110" w:type="dxa"/>
              <w:bottom w:w="90" w:type="dxa"/>
              <w:end w:w="110" w:type="dxa"/>
            </w:tcMar>
            <w:tcBorders>
              <w:top w:val="single" w:sz="3" w:color="D6E2EC"/>
              <w:bottom w:val="single" w:sz="3" w:color="D6E2EC"/>
            </w:tcBorders>
          </w:tcPr>
          <w:p>
            <w:pPr>
              <w:spacing w:before="0" w:after="0" w:line="240" w:lineRule="auto"/>
            </w:pPr>
            <w:hyperlink r:id="rId11">
              <w:r>
                <w:rPr>
                  <w:color w:val="175F96"/>
                  <w:u w:val="single"/>
                  <w:sz w:val="18"/>
                </w:rPr>
                <w:t>Join EBCED Board Meeting</w:t>
              </w:r>
            </w:hyperlink>
            <w:r>
              <w:br/>
            </w:r>
            <w:r>
              <w:rPr>
                <w:rFonts w:ascii="Aptos" w:hAnsi="Aptos"/>
                <w:b w:val="0"/>
                <w:color w:val="5B6570"/>
                <w:sz w:val="13"/>
              </w:rPr>
              <w:t>https://teams.microsoft.com/meet/2567910958438?p=yjOt0Nn57dy0qWM1qU</w:t>
            </w:r>
          </w:p>
        </w:tc>
      </w:tr>
    </w:tbl>
    <w:p>
      <w:pPr>
        <w:spacing w:before="100" w:after="20" w:line="252" w:lineRule="auto"/>
      </w:pPr>
      <w:r>
        <w:rPr>
          <w:rFonts w:ascii="Aptos" w:hAnsi="Aptos"/>
          <w:b/>
          <w:color w:val="0B3357"/>
          <w:sz w:val="16"/>
        </w:rPr>
        <w:t xml:space="preserve">PLEASE TAKE NOTICE: </w:t>
      </w:r>
      <w:r>
        <w:rPr>
          <w:rFonts w:ascii="Aptos" w:hAnsi="Aptos"/>
          <w:b w:val="0"/>
          <w:color w:val="1F2D3D"/>
          <w:sz w:val="16"/>
        </w:rPr>
        <w:t>The Board of Commissioners of the East Boise County EMS District will conduct a Regular Meeting at the date, time, and location shown above.</w:t>
      </w:r>
    </w:p>
    <w:p>
      <w:pPr>
        <w:spacing w:before="0" w:after="80" w:line="240" w:lineRule="auto"/>
      </w:pPr>
      <w:r>
        <w:rPr>
          <w:rFonts w:ascii="Aptos" w:hAnsi="Aptos"/>
          <w:b w:val="0"/>
          <w:color w:val="5B6570"/>
          <w:sz w:val="15"/>
        </w:rPr>
        <w:t>Action Item Notation: Any agenda item that may have a vote is identified with “ACTION ITEM.”</w:t>
      </w: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1.  Call to Order</w:t>
            </w:r>
          </w:p>
        </w:tc>
        <w:tc>
          <w:tcPr>
            <w:tcW w:type="dxa" w:w="1699"/>
            <w:shd w:fill="EAF2F8"/>
            <w:tcMar>
              <w:top w:w="95" w:type="dxa"/>
              <w:start w:w="125" w:type="dxa"/>
              <w:bottom w:w="95" w:type="dxa"/>
              <w:end w:w="125" w:type="dxa"/>
            </w:tcMar>
            <w:tcBorders>
              <w:bottom w:val="single" w:sz="4" w:color="D6E2EC"/>
            </w:tcBorders>
            <w:vAlign w:val="center"/>
          </w:tcPr>
          <w:p>
            <w:pPr>
              <w:spacing w:before="0" w:after="0" w:line="240" w:lineRule="auto"/>
              <w:jc w:val="center"/>
            </w:pPr>
            <w:r/>
          </w:p>
        </w:tc>
      </w:tr>
    </w:tbl>
    <w:p>
      <w:pPr>
        <w:spacing w:after="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2.  Approval of Board Meeting Agenda Notice Postings</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p>
      <w:pPr>
        <w:spacing w:before="0" w:after="20" w:line="240" w:lineRule="auto"/>
      </w:pPr>
      <w:r>
        <w:rPr>
          <w:rFonts w:ascii="Aptos" w:hAnsi="Aptos"/>
          <w:b w:val="0"/>
          <w:color w:val="1F2D3D"/>
          <w:sz w:val="17"/>
        </w:rPr>
        <w:t>•  Report of the agenda notice postings, inclusive of any amended agenda notice postings.</w:t>
      </w:r>
    </w:p>
    <w:p>
      <w:pPr>
        <w:spacing w:before="0" w:after="80" w:line="240" w:lineRule="auto"/>
      </w:pPr>
      <w:r>
        <w:rPr>
          <w:rFonts w:ascii="Aptos" w:hAnsi="Aptos"/>
          <w:b w:val="0"/>
          <w:color w:val="1F2D3D"/>
          <w:sz w:val="17"/>
        </w:rPr>
        <w:t>•  Motion to receive Secretary’s agenda notice, posting report, and set agenda.</w:t>
      </w:r>
    </w:p>
    <w:p>
      <w:pPr>
        <w:spacing w:before="80" w:after="60" w:line="240" w:lineRule="auto"/>
        <w:keepNext w:val="1"/>
      </w:pPr>
      <w:r>
        <w:rPr>
          <w:rFonts w:ascii="Aptos" w:hAnsi="Aptos"/>
          <w:b/>
          <w:color w:val="5B6570"/>
          <w:sz w:val="15"/>
        </w:rPr>
        <w:t>MEETING AGENDA AMENDMENTS AFTER THE MEETING HAS STARTED PROCESS</w:t>
      </w:r>
    </w:p>
    <w:tbl>
      <w:tblPr>
        <w:tblW w:type="auto" w:w="0"/>
        <w:jc w:val="center"/>
        <w:tblLook w:firstColumn="1" w:firstRow="1" w:lastColumn="0" w:lastRow="0" w:noHBand="0" w:noVBand="1" w:val="04A0"/>
      </w:tblPr>
      <w:tblGrid>
        <w:gridCol w:w="10598"/>
      </w:tblGrid>
      <w:tr>
        <w:tc>
          <w:tcPr>
            <w:tcW w:type="dxa" w:w="10598"/>
            <w:shd w:fill="F6F8FA"/>
            <w:tcMar>
              <w:top w:w="115" w:type="dxa"/>
              <w:start w:w="130" w:type="dxa"/>
              <w:bottom w:w="105" w:type="dxa"/>
              <w:end w:w="130" w:type="dxa"/>
            </w:tcMar>
            <w:tcBorders>
              <w:top w:val="single" w:sz="4" w:color="D6E2EC"/>
              <w:left w:val="single" w:sz="4" w:color="D6E2EC"/>
              <w:bottom w:val="single" w:sz="4" w:color="D6E2EC"/>
              <w:right w:val="single" w:sz="4" w:color="D6E2EC"/>
            </w:tcBorders>
          </w:tcPr>
          <w:p>
            <w:pPr>
              <w:spacing w:before="0" w:after="40" w:line="240" w:lineRule="auto"/>
            </w:pPr>
            <w:r>
              <w:rPr>
                <w:rFonts w:ascii="Aptos" w:hAnsi="Aptos"/>
                <w:b/>
                <w:color w:val="0B3357"/>
                <w:sz w:val="16"/>
              </w:rPr>
              <w:t>Meeting Agenda Amendment - No Final Action to Be Taken</w:t>
            </w:r>
          </w:p>
          <w:p>
            <w:pPr>
              <w:spacing w:before="0" w:after="80" w:line="247" w:lineRule="auto"/>
            </w:pPr>
            <w:r>
              <w:rPr>
                <w:rFonts w:ascii="Aptos" w:hAnsi="Aptos"/>
                <w:b w:val="0"/>
                <w:color w:val="1F2D3D"/>
                <w:sz w:val="15"/>
              </w:rPr>
              <w:t>After the meeting has started, the Board may amend the agenda upon a motion that states: (1) the reason for the amendment; and (2) the good-faith reason the agenda item was not included in the original posted agenda. The motion should identify the item being added and its placement on the agenda. The motion shall be seconded and acted upon by the Board, and the motion and disposition shall be reflected in the minutes.</w:t>
            </w:r>
          </w:p>
          <w:p>
            <w:pPr>
              <w:spacing w:before="0" w:after="40" w:line="240" w:lineRule="auto"/>
            </w:pPr>
            <w:r>
              <w:rPr>
                <w:rFonts w:ascii="Aptos" w:hAnsi="Aptos"/>
                <w:b/>
                <w:color w:val="0B3357"/>
                <w:sz w:val="16"/>
              </w:rPr>
              <w:t>Meeting Agenda Amendment - Final Action to Be Taken</w:t>
            </w:r>
          </w:p>
          <w:p>
            <w:pPr>
              <w:spacing w:before="0" w:after="40" w:line="247" w:lineRule="auto"/>
            </w:pPr>
            <w:r>
              <w:rPr>
                <w:rFonts w:ascii="Aptos" w:hAnsi="Aptos"/>
                <w:b w:val="0"/>
                <w:color w:val="1F2D3D"/>
                <w:sz w:val="15"/>
              </w:rPr>
              <w:t>If an agenda item is added after the meeting has started, the Board may not take final action on the added item unless an emergency is declared that necessitates action at that meeting.</w:t>
            </w:r>
          </w:p>
          <w:p>
            <w:pPr>
              <w:spacing w:before="0" w:after="40" w:line="247" w:lineRule="auto"/>
            </w:pPr>
            <w:r>
              <w:rPr>
                <w:rFonts w:ascii="Aptos" w:hAnsi="Aptos"/>
                <w:b w:val="0"/>
                <w:color w:val="1F2D3D"/>
                <w:sz w:val="15"/>
              </w:rPr>
              <w:t>The motion to amend the agenda shall state: (1) the reason for the amendment; and (2) the good-faith reason the agenda item was not included in the original posted agenda. If final action is to be taken, the Board must also declare the emergency and state the facts and circumstances justifying the emergency.</w:t>
            </w:r>
          </w:p>
          <w:p>
            <w:pPr>
              <w:spacing w:before="0" w:after="0" w:line="247" w:lineRule="auto"/>
            </w:pPr>
            <w:r>
              <w:rPr>
                <w:rFonts w:ascii="Aptos" w:hAnsi="Aptos"/>
                <w:b w:val="0"/>
                <w:color w:val="1F2D3D"/>
                <w:sz w:val="15"/>
              </w:rPr>
              <w:t>An emergency is a situation involving injury or damage to persons or property, or immediate financial loss, or the likelihood of such injury, damage, or loss, when compliance with the applicable notice requirements would make notice impracticable or increase the likelihood or severity of such injury, damage, or loss.</w:t>
            </w:r>
          </w:p>
        </w:tc>
      </w:tr>
    </w:tbl>
    <w:p>
      <w:pPr>
        <w:spacing w:after="2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3.  Citizen Comments</w:t>
            </w:r>
          </w:p>
        </w:tc>
        <w:tc>
          <w:tcPr>
            <w:tcW w:type="dxa" w:w="1699"/>
            <w:shd w:fill="EAF2F8"/>
            <w:tcMar>
              <w:top w:w="95" w:type="dxa"/>
              <w:start w:w="125" w:type="dxa"/>
              <w:bottom w:w="95" w:type="dxa"/>
              <w:end w:w="125" w:type="dxa"/>
            </w:tcMar>
            <w:tcBorders>
              <w:bottom w:val="single" w:sz="4" w:color="D6E2EC"/>
            </w:tcBorders>
            <w:vAlign w:val="center"/>
          </w:tcPr>
          <w:p>
            <w:pPr>
              <w:spacing w:before="0" w:after="0" w:line="240" w:lineRule="auto"/>
              <w:jc w:val="center"/>
            </w:pPr>
            <w:r/>
          </w:p>
        </w:tc>
      </w:tr>
    </w:tbl>
    <w:p>
      <w:pPr>
        <w:spacing w:after="0"/>
      </w:pPr>
    </w:p>
    <w:p>
      <w:pPr>
        <w:spacing w:before="0" w:after="80" w:line="240" w:lineRule="auto"/>
        <w:ind w:left="187"/>
      </w:pPr>
      <w:r>
        <w:rPr>
          <w:rFonts w:ascii="Aptos" w:hAnsi="Aptos"/>
          <w:b w:val="0"/>
          <w:color w:val="1F2D3D"/>
          <w:sz w:val="16"/>
        </w:rPr>
        <w:t>This section of the agenda is reserved for citizens wishing to address the Board. Individuals wishing to speak will have 5 minutes.</w:t>
      </w: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4.  Lawyer Updates</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5.  Bills to Pay / Billing Updates</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p>
      <w:pPr>
        <w:spacing w:before="0" w:after="20" w:line="240" w:lineRule="auto"/>
      </w:pPr>
      <w:r>
        <w:rPr>
          <w:rFonts w:ascii="Aptos" w:hAnsi="Aptos"/>
          <w:b w:val="0"/>
          <w:color w:val="1F2D3D"/>
          <w:sz w:val="17"/>
        </w:rPr>
        <w:t>•  Bills Payable</w:t>
      </w:r>
    </w:p>
    <w:p>
      <w:pPr>
        <w:spacing w:before="0" w:after="0" w:line="240" w:lineRule="auto"/>
      </w:pPr>
      <w:r>
        <w:rPr>
          <w:rFonts w:ascii="Aptos" w:hAnsi="Aptos"/>
          <w:b w:val="0"/>
          <w:color w:val="1F2D3D"/>
          <w:sz w:val="17"/>
        </w:rPr>
        <w:t>•  Approve bank statements</w:t>
      </w:r>
    </w:p>
    <w:p>
      <w:r>
        <w:br w:type="page"/>
      </w: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6.  Approval of Minutes</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tbl>
      <w:tblPr>
        <w:tblW w:type="auto" w:w="0"/>
        <w:jc w:val="center"/>
        <w:tblLook w:firstColumn="1" w:firstRow="1" w:lastColumn="0" w:lastRow="0" w:noHBand="0" w:noVBand="1" w:val="04A0"/>
      </w:tblPr>
      <w:tblGrid>
        <w:gridCol w:w="10598"/>
      </w:tblGrid>
      <w:tr>
        <w:tc>
          <w:tcPr>
            <w:tcW w:type="dxa" w:w="10598"/>
            <w:shd w:fill="F6F8FA"/>
            <w:tcMar>
              <w:top w:w="110" w:type="dxa"/>
              <w:start w:w="130" w:type="dxa"/>
              <w:bottom w:w="110" w:type="dxa"/>
              <w:end w:w="130" w:type="dxa"/>
            </w:tcMar>
            <w:tcBorders>
              <w:top w:val="single" w:sz="4" w:color="D6E2EC"/>
              <w:left w:val="single" w:sz="4" w:color="D6E2EC"/>
              <w:bottom w:val="single" w:sz="4" w:color="D6E2EC"/>
              <w:right w:val="single" w:sz="4" w:color="D6E2EC"/>
            </w:tcBorders>
          </w:tcPr>
          <w:p>
            <w:pPr>
              <w:spacing w:before="0" w:after="40" w:line="252" w:lineRule="auto"/>
            </w:pPr>
            <w:r>
              <w:rPr>
                <w:rFonts w:ascii="Aptos" w:hAnsi="Aptos"/>
                <w:b/>
                <w:color w:val="0B3357"/>
                <w:sz w:val="17"/>
              </w:rPr>
              <w:t xml:space="preserve">MEETING MINUTES:  </w:t>
            </w:r>
            <w:r>
              <w:rPr>
                <w:rFonts w:ascii="Aptos" w:hAnsi="Aptos"/>
                <w:b w:val="0"/>
                <w:color w:val="1F2D3D"/>
                <w:sz w:val="17"/>
              </w:rPr>
              <w:t>August 10, 2026</w:t>
            </w:r>
          </w:p>
          <w:p>
            <w:pPr>
              <w:spacing w:before="0" w:after="0" w:line="252" w:lineRule="auto"/>
            </w:pPr>
            <w:r>
              <w:rPr>
                <w:rFonts w:ascii="Aptos" w:hAnsi="Aptos"/>
                <w:b/>
                <w:color w:val="0B3357"/>
                <w:sz w:val="17"/>
              </w:rPr>
              <w:t xml:space="preserve">MEETING MINUTES:  </w:t>
            </w:r>
            <w:r>
              <w:rPr>
                <w:rFonts w:ascii="Aptos" w:hAnsi="Aptos"/>
                <w:b w:val="0"/>
                <w:color w:val="1F2D3D"/>
                <w:sz w:val="17"/>
              </w:rPr>
              <w:t>August 31, 2026</w:t>
            </w:r>
          </w:p>
        </w:tc>
      </w:tr>
    </w:tbl>
    <w:p>
      <w:pPr>
        <w:spacing w:after="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7.  New Business</w:t>
            </w:r>
          </w:p>
        </w:tc>
        <w:tc>
          <w:tcPr>
            <w:tcW w:type="dxa" w:w="1699"/>
            <w:shd w:fill="EAF2F8"/>
            <w:tcMar>
              <w:top w:w="95" w:type="dxa"/>
              <w:start w:w="125" w:type="dxa"/>
              <w:bottom w:w="95" w:type="dxa"/>
              <w:end w:w="125" w:type="dxa"/>
            </w:tcMar>
            <w:tcBorders>
              <w:bottom w:val="single" w:sz="4" w:color="D6E2EC"/>
            </w:tcBorders>
            <w:vAlign w:val="center"/>
          </w:tcPr>
          <w:p>
            <w:pPr>
              <w:spacing w:before="0" w:after="0" w:line="240" w:lineRule="auto"/>
              <w:jc w:val="center"/>
            </w:pPr>
            <w:r/>
          </w:p>
        </w:tc>
      </w:tr>
    </w:tbl>
    <w:p>
      <w:pPr>
        <w:spacing w:after="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New Business Item 1 - Gavin Rapp</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Website Proposal</w:t>
            </w:r>
          </w:p>
        </w:tc>
      </w:tr>
    </w:tbl>
    <w:p>
      <w:pPr>
        <w:spacing w:after="4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New Business Item 2 - Scotty Perkins</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Would like to speak with the Board</w:t>
            </w:r>
          </w:p>
        </w:tc>
      </w:tr>
    </w:tbl>
    <w:p>
      <w:pPr>
        <w:spacing w:after="4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New Business Item 3 - Employee Handbook</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Review updated Employee handbook and changes made</w:t>
            </w:r>
            <w:r>
              <w:br/>
            </w:r>
            <w:r>
              <w:rPr>
                <w:rFonts w:ascii="Aptos" w:hAnsi="Aptos"/>
                <w:b w:val="0"/>
                <w:color w:val="1F2D3D"/>
                <w:sz w:val="17"/>
              </w:rPr>
              <w:t>•  IV, IO, Supraglottic, Dextrose, and Nitrous Oxide Protocol review for 2026</w:t>
            </w:r>
            <w:r>
              <w:br/>
            </w:r>
            <w:r>
              <w:rPr>
                <w:rFonts w:ascii="Aptos" w:hAnsi="Aptos"/>
                <w:b w:val="0"/>
                <w:color w:val="1F2D3D"/>
                <w:sz w:val="17"/>
              </w:rPr>
              <w:t>•  Vehicle Use</w:t>
            </w:r>
            <w:r>
              <w:br/>
            </w:r>
            <w:r>
              <w:rPr>
                <w:rFonts w:ascii="Aptos" w:hAnsi="Aptos"/>
                <w:b w:val="0"/>
                <w:color w:val="1F2D3D"/>
                <w:sz w:val="17"/>
              </w:rPr>
              <w:t>•  Operation Plan</w:t>
            </w:r>
            <w:r>
              <w:br/>
            </w:r>
            <w:r>
              <w:rPr>
                <w:rFonts w:ascii="Aptos" w:hAnsi="Aptos"/>
                <w:b w:val="0"/>
                <w:color w:val="1F2D3D"/>
                <w:sz w:val="17"/>
              </w:rPr>
              <w:t>•  Medical Supervision</w:t>
            </w:r>
            <w:r>
              <w:br/>
            </w:r>
            <w:r>
              <w:rPr>
                <w:rFonts w:ascii="Aptos" w:hAnsi="Aptos"/>
                <w:b w:val="0"/>
                <w:color w:val="1F2D3D"/>
                <w:sz w:val="17"/>
              </w:rPr>
              <w:t>•  Medications</w:t>
            </w:r>
            <w:r>
              <w:br/>
            </w:r>
            <w:r>
              <w:rPr>
                <w:rFonts w:ascii="Aptos" w:hAnsi="Aptos"/>
                <w:b w:val="0"/>
                <w:color w:val="1F2D3D"/>
                <w:sz w:val="17"/>
              </w:rPr>
              <w:t>•  Procedures</w:t>
            </w:r>
          </w:p>
        </w:tc>
      </w:tr>
    </w:tbl>
    <w:p>
      <w:pPr>
        <w:spacing w:after="4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New Business Item 4 - Flooring for Station 2</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Replace flooring at Idaho City Station</w:t>
            </w:r>
          </w:p>
        </w:tc>
      </w:tr>
    </w:tbl>
    <w:p>
      <w:pPr>
        <w:spacing w:after="4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New Business Item 5 - Payroll Addition and Changes</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  Two payroll changes</w:t>
            </w:r>
            <w:r>
              <w:br/>
            </w:r>
            <w:r>
              <w:rPr>
                <w:rFonts w:ascii="Aptos" w:hAnsi="Aptos"/>
                <w:b w:val="0"/>
                <w:color w:val="1F2D3D"/>
                <w:sz w:val="17"/>
              </w:rPr>
              <w:t>•  One payroll addition</w:t>
            </w:r>
          </w:p>
        </w:tc>
      </w:tr>
    </w:tbl>
    <w:p>
      <w:pPr>
        <w:spacing w:after="4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8.  Continued Business</w:t>
            </w:r>
          </w:p>
        </w:tc>
        <w:tc>
          <w:tcPr>
            <w:tcW w:type="dxa" w:w="1699"/>
            <w:shd w:fill="EAF2F8"/>
            <w:tcMar>
              <w:top w:w="95" w:type="dxa"/>
              <w:start w:w="125" w:type="dxa"/>
              <w:bottom w:w="95" w:type="dxa"/>
              <w:end w:w="125" w:type="dxa"/>
            </w:tcMar>
            <w:tcBorders>
              <w:bottom w:val="single" w:sz="4" w:color="D6E2EC"/>
            </w:tcBorders>
            <w:vAlign w:val="center"/>
          </w:tcPr>
          <w:p>
            <w:pPr>
              <w:spacing w:before="0" w:after="0" w:line="240" w:lineRule="auto"/>
              <w:jc w:val="center"/>
            </w:pPr>
            <w:r/>
          </w:p>
        </w:tc>
      </w:tr>
    </w:tbl>
    <w:p>
      <w:pPr>
        <w:spacing w:after="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Continued Business Item 1 - Inventory Update</w:t>
            </w:r>
          </w:p>
        </w:tc>
      </w:tr>
    </w:tbl>
    <w:p>
      <w:pPr>
        <w:spacing w:after="4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Continued Business Item 2 - Amended Budget</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Update bookkeeper amount to budget</w:t>
            </w:r>
          </w:p>
        </w:tc>
      </w:tr>
    </w:tbl>
    <w:p>
      <w:pPr>
        <w:spacing w:after="4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0B3357"/>
                <w:sz w:val="14"/>
              </w:rPr>
              <w:t>INFO</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Old 15 Auction Updates</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Status and any updates</w:t>
            </w:r>
          </w:p>
        </w:tc>
      </w:tr>
    </w:tbl>
    <w:p>
      <w:pPr>
        <w:spacing w:after="40"/>
      </w:pPr>
    </w:p>
    <w:p>
      <w:pPr>
        <w:spacing w:before="80" w:after="60" w:line="240" w:lineRule="auto"/>
        <w:keepNext w:val="1"/>
      </w:pPr>
      <w:r>
        <w:rPr>
          <w:rFonts w:ascii="Aptos" w:hAnsi="Aptos"/>
          <w:b/>
          <w:color w:val="5B6570"/>
          <w:sz w:val="15"/>
        </w:rPr>
        <w:t>CONTINUED BUSINESS - CONTINUED</w:t>
      </w: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0B3357"/>
                <w:sz w:val="14"/>
              </w:rPr>
              <w:t>INFO</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Donation of Paint for Station 2</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Updates?</w:t>
            </w:r>
          </w:p>
        </w:tc>
      </w:tr>
    </w:tbl>
    <w:p>
      <w:pPr>
        <w:spacing w:after="40"/>
      </w:pPr>
    </w:p>
    <w:tbl>
      <w:tblPr>
        <w:tblW w:type="auto" w:w="0"/>
        <w:jc w:val="center"/>
        <w:tblLayout w:type="fixed"/>
        <w:tblLook w:firstColumn="1" w:firstRow="1" w:lastColumn="0" w:lastRow="0" w:noHBand="0" w:noVBand="1" w:val="04A0"/>
      </w:tblPr>
      <w:tblGrid>
        <w:gridCol w:w="1512"/>
        <w:gridCol w:w="9086"/>
      </w:tblGrid>
      <w:tr>
        <w:trPr>
          <w:cantSplit/>
        </w:trPr>
        <w:tc>
          <w:tcPr>
            <w:tcW w:type="dxa" w:w="5299"/>
            <w:shd w:fill="175F96"/>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jc w:val="center"/>
            </w:pPr>
            <w:r>
              <w:rPr>
                <w:rFonts w:ascii="Aptos" w:hAnsi="Aptos"/>
                <w:b/>
                <w:color w:val="FFFFFF"/>
                <w:sz w:val="14"/>
              </w:rPr>
              <w:t>ACTION</w:t>
            </w:r>
          </w:p>
        </w:tc>
        <w:tc>
          <w:tcPr>
            <w:tcW w:type="dxa" w:w="5299"/>
            <w:shd w:fill="EAF2F8"/>
            <w:tcMar>
              <w:top w:w="80" w:type="dxa"/>
              <w:start w:w="95" w:type="dxa"/>
              <w:bottom w:w="80" w:type="dxa"/>
              <w:end w:w="95" w:type="dxa"/>
            </w:tcMar>
            <w:tcBorders>
              <w:top w:val="single" w:sz="3" w:color="D6E2EC"/>
              <w:left w:val="single" w:sz="3" w:color="D6E2EC"/>
              <w:bottom w:val="single" w:sz="3" w:color="D6E2EC"/>
              <w:right w:val="single" w:sz="3" w:color="D6E2EC"/>
            </w:tcBorders>
          </w:tcPr>
          <w:p>
            <w:pPr>
              <w:spacing w:before="0" w:after="0" w:line="240" w:lineRule="auto"/>
            </w:pPr>
            <w:r>
              <w:rPr>
                <w:rFonts w:ascii="Aptos" w:hAnsi="Aptos"/>
                <w:b/>
                <w:color w:val="0B3357"/>
                <w:sz w:val="19"/>
              </w:rPr>
              <w:t>Braun Ambulance Update and Request</w:t>
            </w:r>
          </w:p>
        </w:tc>
      </w:tr>
      <w:tr>
        <w:trPr>
          <w:cantSplit/>
        </w:trPr>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40" w:lineRule="auto"/>
            </w:pPr>
            <w:r>
              <w:rPr>
                <w:rFonts w:ascii="Aptos" w:hAnsi="Aptos"/>
                <w:b/>
                <w:color w:val="5B6570"/>
                <w:sz w:val="14"/>
              </w:rPr>
              <w:t>NOTES</w:t>
            </w:r>
          </w:p>
        </w:tc>
        <w:tc>
          <w:tcPr>
            <w:tcW w:type="dxa" w:w="5299"/>
            <w:shd w:fill="F6F8FA"/>
            <w:tcMar>
              <w:top w:w="85" w:type="dxa"/>
              <w:start w:w="95" w:type="dxa"/>
              <w:bottom w:w="85" w:type="dxa"/>
              <w:end w:w="95" w:type="dxa"/>
            </w:tcMar>
            <w:tcBorders>
              <w:left w:val="single" w:sz="3" w:color="D6E2EC"/>
              <w:bottom w:val="single" w:sz="3" w:color="D6E2EC"/>
              <w:right w:val="single" w:sz="3" w:color="D6E2EC"/>
            </w:tcBorders>
          </w:tcPr>
          <w:p>
            <w:pPr>
              <w:spacing w:before="0" w:after="0" w:line="252" w:lineRule="auto"/>
            </w:pPr>
            <w:r>
              <w:rPr>
                <w:rFonts w:ascii="Aptos" w:hAnsi="Aptos"/>
                <w:b w:val="0"/>
                <w:color w:val="1F2D3D"/>
                <w:sz w:val="17"/>
              </w:rPr>
              <w:t>•  Build Update</w:t>
            </w:r>
            <w:r>
              <w:br/>
            </w:r>
            <w:r>
              <w:rPr>
                <w:rFonts w:ascii="Aptos" w:hAnsi="Aptos"/>
                <w:b w:val="0"/>
                <w:color w:val="1F2D3D"/>
                <w:sz w:val="17"/>
              </w:rPr>
              <w:t>•  Travel arrangements for final inspection and pickup</w:t>
            </w:r>
          </w:p>
        </w:tc>
      </w:tr>
    </w:tbl>
    <w:p>
      <w:pPr>
        <w:spacing w:after="4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9.  Executive Session</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p>
      <w:pPr>
        <w:spacing w:before="0" w:after="100" w:line="250" w:lineRule="auto"/>
      </w:pPr>
      <w:r>
        <w:rPr>
          <w:rFonts w:ascii="Aptos" w:hAnsi="Aptos"/>
          <w:b w:val="0"/>
          <w:color w:val="1F2D3D"/>
          <w:sz w:val="16"/>
        </w:rPr>
        <w:t>Executive Session under Idaho Code § 74-206 (1) may be held if determined necessary by the Commissioners. An executive session, at which members of the public are excluded, may be held. The following are the purposes for which the Commissioners may convene into an executive session under Idaho Open Meeting Law.</w:t>
      </w:r>
    </w:p>
    <w:tbl>
      <w:tblPr>
        <w:tblW w:type="auto" w:w="0"/>
        <w:jc w:val="center"/>
        <w:tblLayout w:type="fixed"/>
        <w:tblLook w:firstColumn="1" w:firstRow="1" w:lastColumn="0" w:lastRow="0" w:noHBand="0" w:noVBand="1" w:val="04A0"/>
      </w:tblPr>
      <w:tblGrid>
        <w:gridCol w:w="490"/>
        <w:gridCol w:w="576"/>
        <w:gridCol w:w="9533"/>
      </w:tblGrid>
      <w:tr>
        <w:trPr>
          <w:cantSplit/>
        </w:trPr>
        <w:tc>
          <w:tcPr>
            <w:tcW w:type="dxa" w:w="3533"/>
            <w:tcMar>
              <w:top w:w="70" w:type="dxa"/>
              <w:start w:w="55" w:type="dxa"/>
              <w:bottom w:w="70" w:type="dxa"/>
              <w:end w:w="55" w:type="dxa"/>
            </w:tcMar>
            <w:shd w:fill="F6F8FA"/>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color w:val="0B3357"/>
                <w:sz w:val="16"/>
              </w:rPr>
              <w:t>(a)</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val="0"/>
                <w:color w:val="1F2D3D"/>
                <w:sz w:val="15"/>
              </w:rPr>
              <w:t>To consider hiring a public officer, employee, staff member, or individual agent, wherein the respective qualities of individuals are to be evaluated in order to fill a particular vacancy or need. This paragraph does not apply to filling a vacancy in an elective office or deliberations about staffing needs in general.</w:t>
            </w:r>
          </w:p>
        </w:tc>
      </w:tr>
      <w:tr>
        <w:trPr>
          <w:cantSplit/>
        </w:trPr>
        <w:tc>
          <w:tcPr>
            <w:tcW w:type="dxa" w:w="3533"/>
            <w:tcMar>
              <w:top w:w="70" w:type="dxa"/>
              <w:start w:w="55" w:type="dxa"/>
              <w:bottom w:w="70" w:type="dxa"/>
              <w:end w:w="55" w:type="dxa"/>
            </w:tcMar>
            <w:shd w:fill="FFFFFF"/>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color w:val="0B3357"/>
                <w:sz w:val="16"/>
              </w:rPr>
              <w:t>(b)</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val="0"/>
                <w:color w:val="1F2D3D"/>
                <w:sz w:val="15"/>
              </w:rPr>
              <w:t>To consider the evaluation, dismissal, or disciplining of, or to hear complaints or charges brought against, a public officer, employee, staff member, or individual agent;</w:t>
            </w:r>
          </w:p>
        </w:tc>
      </w:tr>
      <w:tr>
        <w:trPr>
          <w:cantSplit/>
        </w:trPr>
        <w:tc>
          <w:tcPr>
            <w:tcW w:type="dxa" w:w="3533"/>
            <w:tcMar>
              <w:top w:w="70" w:type="dxa"/>
              <w:start w:w="55" w:type="dxa"/>
              <w:bottom w:w="70" w:type="dxa"/>
              <w:end w:w="55" w:type="dxa"/>
            </w:tcMar>
            <w:shd w:fill="F6F8FA"/>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color w:val="0B3357"/>
                <w:sz w:val="16"/>
              </w:rPr>
              <w:t>(c)</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val="0"/>
                <w:color w:val="1F2D3D"/>
                <w:sz w:val="15"/>
              </w:rPr>
              <w:t>To acquire an interest in real property which is not owned by a public agency;</w:t>
            </w:r>
          </w:p>
        </w:tc>
      </w:tr>
      <w:tr>
        <w:trPr>
          <w:cantSplit/>
        </w:trPr>
        <w:tc>
          <w:tcPr>
            <w:tcW w:type="dxa" w:w="3533"/>
            <w:tcMar>
              <w:top w:w="70" w:type="dxa"/>
              <w:start w:w="55" w:type="dxa"/>
              <w:bottom w:w="70" w:type="dxa"/>
              <w:end w:w="55" w:type="dxa"/>
            </w:tcMar>
            <w:shd w:fill="FFFFFF"/>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color w:val="0B3357"/>
                <w:sz w:val="16"/>
              </w:rPr>
              <w:t>(d)</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val="0"/>
                <w:color w:val="1F2D3D"/>
                <w:sz w:val="15"/>
              </w:rPr>
              <w:t>To consider records that are exempt from disclosure as provided in chapter 1, title 74, Idaho Code;</w:t>
            </w:r>
          </w:p>
        </w:tc>
      </w:tr>
      <w:tr>
        <w:trPr>
          <w:cantSplit/>
        </w:trPr>
        <w:tc>
          <w:tcPr>
            <w:tcW w:type="dxa" w:w="3533"/>
            <w:tcMar>
              <w:top w:w="70" w:type="dxa"/>
              <w:start w:w="55" w:type="dxa"/>
              <w:bottom w:w="70" w:type="dxa"/>
              <w:end w:w="55" w:type="dxa"/>
            </w:tcMar>
            <w:shd w:fill="F6F8FA"/>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color w:val="0B3357"/>
                <w:sz w:val="16"/>
              </w:rPr>
              <w:t>(e)</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val="0"/>
                <w:color w:val="1F2D3D"/>
                <w:sz w:val="15"/>
              </w:rPr>
              <w:t>To consider preliminary negotiations involving matters of trade or commerce in which the governing body is in competition with governing bodies in other states or nations;</w:t>
            </w:r>
          </w:p>
        </w:tc>
      </w:tr>
      <w:tr>
        <w:trPr>
          <w:cantSplit/>
        </w:trPr>
        <w:tc>
          <w:tcPr>
            <w:tcW w:type="dxa" w:w="3533"/>
            <w:tcMar>
              <w:top w:w="70" w:type="dxa"/>
              <w:start w:w="55" w:type="dxa"/>
              <w:bottom w:w="70" w:type="dxa"/>
              <w:end w:w="55" w:type="dxa"/>
            </w:tcMar>
            <w:shd w:fill="FFFFFF"/>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color w:val="0B3357"/>
                <w:sz w:val="16"/>
              </w:rPr>
              <w:t>(f)</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val="0"/>
                <w:color w:val="1F2D3D"/>
                <w:sz w:val="15"/>
              </w:rPr>
              <w:t>To communicate with legal counsel for the public agency to discuss the legal ramifications of legal options for pending litigation, or controversies not yet being litigated but are imminently likely to be litigated. The mere presence of legal counsel at an executive session does not satisfy this requirement.</w:t>
            </w:r>
          </w:p>
        </w:tc>
      </w:tr>
      <w:tr>
        <w:trPr>
          <w:cantSplit/>
        </w:trPr>
        <w:tc>
          <w:tcPr>
            <w:tcW w:type="dxa" w:w="3533"/>
            <w:tcMar>
              <w:top w:w="70" w:type="dxa"/>
              <w:start w:w="55" w:type="dxa"/>
              <w:bottom w:w="70" w:type="dxa"/>
              <w:end w:w="55" w:type="dxa"/>
            </w:tcMar>
            <w:shd w:fill="F6F8FA"/>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color w:val="0B3357"/>
                <w:sz w:val="16"/>
              </w:rPr>
              <w:t>(i)</w:t>
            </w:r>
          </w:p>
        </w:tc>
        <w:tc>
          <w:tcPr>
            <w:tcW w:type="dxa" w:w="3533"/>
            <w:tcMar>
              <w:top w:w="70" w:type="dxa"/>
              <w:start w:w="55" w:type="dxa"/>
              <w:bottom w:w="70" w:type="dxa"/>
              <w:end w:w="55" w:type="dxa"/>
            </w:tcMar>
            <w:shd w:fill="F6F8FA"/>
            <w:tcBorders>
              <w:bottom w:val="single" w:sz="2" w:color="D6E2EC"/>
            </w:tcBorders>
          </w:tcPr>
          <w:p>
            <w:pPr>
              <w:spacing w:before="0" w:after="0" w:line="240" w:lineRule="auto"/>
            </w:pPr>
            <w:r>
              <w:rPr>
                <w:rFonts w:ascii="Aptos" w:hAnsi="Aptos"/>
                <w:b w:val="0"/>
                <w:color w:val="1F2D3D"/>
                <w:sz w:val="15"/>
              </w:rPr>
              <w:t>To engage in communications with a representative of the public agency's risk manager or insurance provider to discuss the adjustment of a pending claim or prevention of a claim imminently likely to be filed. The mere presence of a representative of the public agency's risk manager or insurance provider at an executive session does not satisfy this requirement.</w:t>
            </w:r>
          </w:p>
        </w:tc>
      </w:tr>
      <w:tr>
        <w:trPr>
          <w:cantSplit/>
        </w:trPr>
        <w:tc>
          <w:tcPr>
            <w:tcW w:type="dxa" w:w="3533"/>
            <w:tcMar>
              <w:top w:w="70" w:type="dxa"/>
              <w:start w:w="55" w:type="dxa"/>
              <w:bottom w:w="70" w:type="dxa"/>
              <w:end w:w="55" w:type="dxa"/>
            </w:tcMar>
            <w:shd w:fill="FFFFFF"/>
            <w:tcBorders>
              <w:bottom w:val="single" w:sz="2" w:color="D6E2EC"/>
            </w:tcBorders>
          </w:tcPr>
          <w:p>
            <w:pPr>
              <w:spacing w:before="0" w:after="0" w:line="240" w:lineRule="auto"/>
              <w:jc w:val="center"/>
            </w:pPr>
            <w:r>
              <w:rPr>
                <w:rFonts w:ascii="Arial" w:hAnsi="Arial"/>
                <w:b w:val="0"/>
                <w:color w:val="0B3357"/>
                <w:sz w:val="18"/>
              </w:rPr>
              <w:t>□</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color w:val="0B3357"/>
                <w:sz w:val="16"/>
              </w:rPr>
              <w:t>(j)</w:t>
            </w:r>
          </w:p>
        </w:tc>
        <w:tc>
          <w:tcPr>
            <w:tcW w:type="dxa" w:w="3533"/>
            <w:tcMar>
              <w:top w:w="70" w:type="dxa"/>
              <w:start w:w="55" w:type="dxa"/>
              <w:bottom w:w="70" w:type="dxa"/>
              <w:end w:w="55" w:type="dxa"/>
            </w:tcMar>
            <w:shd w:fill="FFFFFF"/>
            <w:tcBorders>
              <w:bottom w:val="single" w:sz="2" w:color="D6E2EC"/>
            </w:tcBorders>
          </w:tcPr>
          <w:p>
            <w:pPr>
              <w:spacing w:before="0" w:after="0" w:line="240" w:lineRule="auto"/>
            </w:pPr>
            <w:r>
              <w:rPr>
                <w:rFonts w:ascii="Aptos" w:hAnsi="Aptos"/>
                <w:b w:val="0"/>
                <w:color w:val="1F2D3D"/>
                <w:sz w:val="15"/>
              </w:rPr>
              <w:t>To consider labor contract matters authorized under section 74-206A (1) (a) and (b), Idaho Code.</w:t>
            </w:r>
          </w:p>
        </w:tc>
      </w:tr>
    </w:tbl>
    <w:p>
      <w:pPr>
        <w:spacing w:before="80" w:after="60" w:line="240" w:lineRule="auto"/>
        <w:keepNext w:val="1"/>
      </w:pPr>
      <w:r>
        <w:rPr>
          <w:rFonts w:ascii="Aptos" w:hAnsi="Aptos"/>
          <w:b/>
          <w:color w:val="5B6570"/>
          <w:sz w:val="15"/>
        </w:rPr>
        <w:t>PERSONS DESIGNATED TO ATTEND</w:t>
      </w:r>
    </w:p>
    <w:tbl>
      <w:tblPr>
        <w:tblW w:type="auto" w:w="0"/>
        <w:jc w:val="center"/>
        <w:tblLook w:firstColumn="1" w:firstRow="1" w:lastColumn="0" w:lastRow="0" w:noHBand="0" w:noVBand="1" w:val="04A0"/>
      </w:tblPr>
      <w:tblGrid>
        <w:gridCol w:w="10598"/>
      </w:tblGrid>
      <w:tr>
        <w:tc>
          <w:tcPr>
            <w:tcW w:type="dxa" w:w="10598"/>
            <w:shd w:fill="F6F8FA"/>
            <w:tcMar>
              <w:top w:w="110" w:type="dxa"/>
              <w:start w:w="130" w:type="dxa"/>
              <w:bottom w:w="110" w:type="dxa"/>
              <w:end w:w="130" w:type="dxa"/>
            </w:tcMar>
            <w:tcBorders>
              <w:top w:val="single" w:sz="4" w:color="D6E2EC"/>
              <w:left w:val="single" w:sz="4" w:color="D6E2EC"/>
              <w:bottom w:val="single" w:sz="4" w:color="D6E2EC"/>
              <w:right w:val="single" w:sz="4" w:color="D6E2EC"/>
            </w:tcBorders>
          </w:tcPr>
          <w:p>
            <w:pPr>
              <w:spacing w:before="0" w:after="0" w:line="252" w:lineRule="auto"/>
            </w:pPr>
            <w:r>
              <w:rPr>
                <w:rFonts w:ascii="Aptos" w:hAnsi="Aptos"/>
                <w:b/>
                <w:color w:val="0B3357"/>
                <w:sz w:val="17"/>
              </w:rPr>
              <w:t xml:space="preserve">DESIGNATED:  </w:t>
            </w:r>
            <w:r>
              <w:rPr>
                <w:rFonts w:ascii="Aptos" w:hAnsi="Aptos"/>
                <w:b w:val="0"/>
                <w:color w:val="1F2D3D"/>
                <w:sz w:val="17"/>
              </w:rPr>
              <w:t>B, D, F</w:t>
            </w:r>
          </w:p>
        </w:tc>
      </w:tr>
    </w:tbl>
    <w:p>
      <w:pPr>
        <w:spacing w:after="0"/>
      </w:pPr>
    </w:p>
    <w:p>
      <w:pPr>
        <w:spacing w:before="60" w:after="40" w:line="245" w:lineRule="auto"/>
      </w:pPr>
      <w:r>
        <w:rPr>
          <w:rFonts w:ascii="Aptos" w:hAnsi="Aptos"/>
          <w:b w:val="0"/>
          <w:color w:val="1F2D3D"/>
          <w:sz w:val="16"/>
        </w:rPr>
        <w:t>Motion to include a designation of those to be in attendance during the executive session, followed by a roll call vote.</w:t>
      </w:r>
    </w:p>
    <w:p>
      <w:pPr>
        <w:spacing w:before="80" w:after="0" w:line="240" w:lineRule="auto"/>
        <w:jc w:val="center"/>
      </w:pPr>
      <w:r>
        <w:rPr>
          <w:rFonts w:ascii="Aptos" w:hAnsi="Aptos"/>
          <w:b/>
          <w:color w:val="0B3357"/>
          <w:sz w:val="18"/>
        </w:rPr>
        <w:t>RESUME MEETING</w:t>
      </w:r>
    </w:p>
    <w:p>
      <w:r>
        <w:br w:type="page"/>
      </w: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10.  Updates</w:t>
            </w:r>
          </w:p>
        </w:tc>
        <w:tc>
          <w:tcPr>
            <w:tcW w:type="dxa" w:w="1699"/>
            <w:shd w:fill="EAF2F8"/>
            <w:tcMar>
              <w:top w:w="95" w:type="dxa"/>
              <w:start w:w="125" w:type="dxa"/>
              <w:bottom w:w="95" w:type="dxa"/>
              <w:end w:w="125" w:type="dxa"/>
            </w:tcMar>
            <w:tcBorders>
              <w:bottom w:val="single" w:sz="4" w:color="D6E2EC"/>
            </w:tcBorders>
            <w:vAlign w:val="center"/>
          </w:tcPr>
          <w:p>
            <w:pPr>
              <w:spacing w:before="0" w:after="0" w:line="240" w:lineRule="auto"/>
              <w:jc w:val="center"/>
            </w:pPr>
            <w:r/>
          </w:p>
        </w:tc>
      </w:tr>
    </w:tbl>
    <w:p>
      <w:pPr>
        <w:spacing w:after="0"/>
      </w:pPr>
    </w:p>
    <w:p>
      <w:pPr>
        <w:spacing w:before="80" w:after="60" w:line="240" w:lineRule="auto"/>
        <w:keepNext w:val="1"/>
      </w:pPr>
      <w:r>
        <w:rPr>
          <w:rFonts w:ascii="Aptos" w:hAnsi="Aptos"/>
          <w:b/>
          <w:color w:val="5B6570"/>
          <w:sz w:val="15"/>
        </w:rPr>
        <w:t>CHIEF UPDATES</w:t>
      </w:r>
    </w:p>
    <w:tbl>
      <w:tblPr>
        <w:tblW w:type="auto" w:w="0"/>
        <w:jc w:val="center"/>
        <w:tblLook w:firstColumn="1" w:firstRow="1" w:lastColumn="0" w:lastRow="0" w:noHBand="0" w:noVBand="1" w:val="04A0"/>
      </w:tblPr>
      <w:tblGrid>
        <w:gridCol w:w="10598"/>
      </w:tblGrid>
      <w:tr>
        <w:tc>
          <w:tcPr>
            <w:tcW w:type="dxa" w:w="10598"/>
            <w:shd w:fill="F6F8FA"/>
            <w:tcMar>
              <w:top w:w="110" w:type="dxa"/>
              <w:start w:w="130" w:type="dxa"/>
              <w:bottom w:w="110" w:type="dxa"/>
              <w:end w:w="130" w:type="dxa"/>
            </w:tcMar>
            <w:tcBorders>
              <w:top w:val="single" w:sz="4" w:color="D6E2EC"/>
              <w:left w:val="single" w:sz="4" w:color="D6E2EC"/>
              <w:bottom w:val="single" w:sz="4" w:color="D6E2EC"/>
              <w:right w:val="single" w:sz="4" w:color="D6E2EC"/>
            </w:tcBorders>
          </w:tcPr>
          <w:p>
            <w:pPr>
              <w:spacing w:before="0" w:after="0" w:line="252" w:lineRule="auto"/>
            </w:pPr>
            <w:r>
              <w:rPr>
                <w:rFonts w:ascii="Aptos" w:hAnsi="Aptos"/>
                <w:b w:val="0"/>
                <w:color w:val="1F2D3D"/>
                <w:sz w:val="17"/>
              </w:rPr>
              <w:t>Volunteer status</w:t>
            </w:r>
          </w:p>
        </w:tc>
      </w:tr>
    </w:tbl>
    <w:p>
      <w:pPr>
        <w:spacing w:after="0"/>
      </w:pPr>
    </w:p>
    <w:p>
      <w:pPr>
        <w:spacing w:before="80" w:after="60" w:line="240" w:lineRule="auto"/>
        <w:keepNext w:val="1"/>
      </w:pPr>
      <w:r>
        <w:rPr>
          <w:rFonts w:ascii="Aptos" w:hAnsi="Aptos"/>
          <w:b/>
          <w:color w:val="5B6570"/>
          <w:sz w:val="15"/>
        </w:rPr>
        <w:t>ASSISTANT CHIEF UPDATES / EBCED RESPONSE STATS</w:t>
      </w:r>
    </w:p>
    <w:tbl>
      <w:tblPr>
        <w:tblW w:type="auto" w:w="0"/>
        <w:jc w:val="center"/>
        <w:tblLook w:firstColumn="1" w:firstRow="1" w:lastColumn="0" w:lastRow="0" w:noHBand="0" w:noVBand="1" w:val="04A0"/>
      </w:tblPr>
      <w:tblGrid>
        <w:gridCol w:w="10598"/>
      </w:tblGrid>
      <w:tr>
        <w:tc>
          <w:tcPr>
            <w:tcW w:type="dxa" w:w="10598"/>
            <w:shd w:fill="F6F8FA"/>
            <w:tcMar>
              <w:top w:w="110" w:type="dxa"/>
              <w:start w:w="130" w:type="dxa"/>
              <w:bottom w:w="110" w:type="dxa"/>
              <w:end w:w="130" w:type="dxa"/>
            </w:tcMar>
            <w:tcBorders>
              <w:top w:val="single" w:sz="4" w:color="D6E2EC"/>
              <w:left w:val="single" w:sz="4" w:color="D6E2EC"/>
              <w:bottom w:val="single" w:sz="4" w:color="D6E2EC"/>
              <w:right w:val="single" w:sz="4" w:color="D6E2EC"/>
            </w:tcBorders>
          </w:tcPr>
          <w:p>
            <w:pPr>
              <w:spacing w:before="0" w:after="0" w:line="252" w:lineRule="auto"/>
            </w:pPr>
            <w:r>
              <w:rPr>
                <w:rFonts w:ascii="Aptos" w:hAnsi="Aptos"/>
                <w:b w:val="0"/>
                <w:color w:val="1F2D3D"/>
                <w:sz w:val="17"/>
              </w:rPr>
              <w:t>Stats.</w:t>
            </w:r>
          </w:p>
        </w:tc>
      </w:tr>
    </w:tbl>
    <w:p>
      <w:pPr>
        <w:spacing w:after="0"/>
      </w:pPr>
    </w:p>
    <w:p>
      <w:pPr>
        <w:spacing w:before="80" w:after="60" w:line="240" w:lineRule="auto"/>
        <w:keepNext w:val="1"/>
      </w:pPr>
      <w:r>
        <w:rPr>
          <w:rFonts w:ascii="Aptos" w:hAnsi="Aptos"/>
          <w:b/>
          <w:color w:val="5B6570"/>
          <w:sz w:val="15"/>
        </w:rPr>
        <w:t>BOARD / COMMISSIONER UPDATES</w:t>
      </w:r>
    </w:p>
    <w:tbl>
      <w:tblPr>
        <w:tblW w:type="auto" w:w="0"/>
        <w:jc w:val="center"/>
        <w:tblLook w:firstColumn="1" w:firstRow="1" w:lastColumn="0" w:lastRow="0" w:noHBand="0" w:noVBand="1" w:val="04A0"/>
      </w:tblPr>
      <w:tblGrid>
        <w:gridCol w:w="10598"/>
      </w:tblGrid>
      <w:tr>
        <w:tc>
          <w:tcPr>
            <w:tcW w:type="dxa" w:w="10598"/>
            <w:shd w:fill="F6F8FA"/>
            <w:tcMar>
              <w:top w:w="110" w:type="dxa"/>
              <w:start w:w="130" w:type="dxa"/>
              <w:bottom w:w="110" w:type="dxa"/>
              <w:end w:w="130" w:type="dxa"/>
            </w:tcMar>
            <w:tcBorders>
              <w:top w:val="single" w:sz="4" w:color="D6E2EC"/>
              <w:left w:val="single" w:sz="4" w:color="D6E2EC"/>
              <w:bottom w:val="single" w:sz="4" w:color="D6E2EC"/>
              <w:right w:val="single" w:sz="4" w:color="D6E2EC"/>
            </w:tcBorders>
          </w:tcPr>
          <w:p>
            <w:pPr>
              <w:spacing w:before="0" w:after="0" w:line="252" w:lineRule="auto"/>
            </w:pPr>
            <w:r>
              <w:rPr>
                <w:rFonts w:ascii="Aptos" w:hAnsi="Aptos"/>
                <w:b w:val="0"/>
                <w:color w:val="1F2D3D"/>
                <w:sz w:val="17"/>
              </w:rPr>
              <w:t>Board / Commissioner updates</w:t>
            </w:r>
          </w:p>
        </w:tc>
      </w:tr>
    </w:tbl>
    <w:p>
      <w:pPr>
        <w:spacing w:after="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11.  Future Agendas</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tbl>
      <w:tblPr>
        <w:tblW w:type="auto" w:w="0"/>
        <w:jc w:val="center"/>
        <w:tblLook w:firstColumn="1" w:firstRow="1" w:lastColumn="0" w:lastRow="0" w:noHBand="0" w:noVBand="1" w:val="04A0"/>
      </w:tblPr>
      <w:tblGrid>
        <w:gridCol w:w="10598"/>
      </w:tblGrid>
      <w:tr>
        <w:tc>
          <w:tcPr>
            <w:tcW w:type="dxa" w:w="10598"/>
            <w:shd w:fill="F6F8FA"/>
            <w:tcMar>
              <w:top w:w="110" w:type="dxa"/>
              <w:start w:w="130" w:type="dxa"/>
              <w:bottom w:w="110" w:type="dxa"/>
              <w:end w:w="130" w:type="dxa"/>
            </w:tcMar>
            <w:tcBorders>
              <w:top w:val="single" w:sz="4" w:color="D6E2EC"/>
              <w:left w:val="single" w:sz="4" w:color="D6E2EC"/>
              <w:bottom w:val="single" w:sz="4" w:color="D6E2EC"/>
              <w:right w:val="single" w:sz="4" w:color="D6E2EC"/>
            </w:tcBorders>
          </w:tcPr>
          <w:p>
            <w:pPr>
              <w:spacing w:before="0" w:after="0" w:line="252" w:lineRule="auto"/>
            </w:pPr>
            <w:r>
              <w:rPr>
                <w:rFonts w:ascii="Aptos" w:hAnsi="Aptos"/>
                <w:b w:val="0"/>
                <w:color w:val="1F2D3D"/>
                <w:sz w:val="17"/>
              </w:rPr>
              <w:t>Future agenda topics</w:t>
            </w:r>
          </w:p>
        </w:tc>
      </w:tr>
    </w:tbl>
    <w:p>
      <w:pPr>
        <w:spacing w:after="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12.  Set Date, Time, and Location for Next Regular Meeting</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tbl>
      <w:tblPr>
        <w:tblW w:type="auto" w:w="0"/>
        <w:jc w:val="center"/>
        <w:tblLayout w:type="fixed"/>
        <w:tblLook w:firstColumn="1" w:firstRow="1" w:lastColumn="0" w:lastRow="0" w:noHBand="0" w:noVBand="1" w:val="04A0"/>
      </w:tblPr>
      <w:tblGrid>
        <w:gridCol w:w="3096"/>
        <w:gridCol w:w="2232"/>
        <w:gridCol w:w="5270"/>
      </w:tblGrid>
      <w:tr>
        <w:tc>
          <w:tcPr>
            <w:tcW w:type="dxa" w:w="3533"/>
            <w:shd w:fill="0B3357"/>
            <w:tcMar>
              <w:top w:w="60" w:type="dxa"/>
              <w:start w:w="90" w:type="dxa"/>
              <w:bottom w:w="60" w:type="dxa"/>
              <w:end w:w="90"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4"/>
              </w:rPr>
              <w:t>DATE</w:t>
            </w:r>
          </w:p>
        </w:tc>
        <w:tc>
          <w:tcPr>
            <w:tcW w:type="dxa" w:w="3533"/>
            <w:shd w:fill="0B3357"/>
            <w:tcMar>
              <w:top w:w="60" w:type="dxa"/>
              <w:start w:w="90" w:type="dxa"/>
              <w:bottom w:w="60" w:type="dxa"/>
              <w:end w:w="90"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4"/>
              </w:rPr>
              <w:t>TIME</w:t>
            </w:r>
          </w:p>
        </w:tc>
        <w:tc>
          <w:tcPr>
            <w:tcW w:type="dxa" w:w="3533"/>
            <w:shd w:fill="0B3357"/>
            <w:tcMar>
              <w:top w:w="60" w:type="dxa"/>
              <w:start w:w="90" w:type="dxa"/>
              <w:bottom w:w="60" w:type="dxa"/>
              <w:end w:w="90"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4"/>
              </w:rPr>
              <w:t>LOCATION</w:t>
            </w:r>
          </w:p>
        </w:tc>
      </w:tr>
      <w:tr>
        <w:tc>
          <w:tcPr>
            <w:tcW w:type="dxa" w:w="3533"/>
            <w:shd w:fill="F6F8FA"/>
            <w:tcMar>
              <w:top w:w="80" w:type="dxa"/>
              <w:start w:w="90" w:type="dxa"/>
              <w:bottom w:w="80" w:type="dxa"/>
              <w:end w:w="90"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6"/>
              </w:rPr>
              <w:t>October 12, 2026</w:t>
            </w:r>
          </w:p>
        </w:tc>
        <w:tc>
          <w:tcPr>
            <w:tcW w:type="dxa" w:w="3533"/>
            <w:shd w:fill="F6F8FA"/>
            <w:tcMar>
              <w:top w:w="80" w:type="dxa"/>
              <w:start w:w="90" w:type="dxa"/>
              <w:bottom w:w="80" w:type="dxa"/>
              <w:end w:w="90"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6"/>
              </w:rPr>
              <w:t>17:30</w:t>
            </w:r>
          </w:p>
        </w:tc>
        <w:tc>
          <w:tcPr>
            <w:tcW w:type="dxa" w:w="3533"/>
            <w:shd w:fill="F6F8FA"/>
            <w:tcMar>
              <w:top w:w="80" w:type="dxa"/>
              <w:start w:w="90" w:type="dxa"/>
              <w:bottom w:w="80" w:type="dxa"/>
              <w:end w:w="90"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6"/>
              </w:rPr>
              <w:t>204 Commercial St, Idaho City, ID 83631</w:t>
            </w:r>
          </w:p>
        </w:tc>
      </w:tr>
    </w:tbl>
    <w:p>
      <w:pPr>
        <w:spacing w:after="20"/>
      </w:pPr>
    </w:p>
    <w:tbl>
      <w:tblPr>
        <w:tblW w:type="auto" w:w="0"/>
        <w:jc w:val="center"/>
        <w:tblLayout w:type="fixed"/>
        <w:tblLook w:firstColumn="1" w:firstRow="1" w:lastColumn="0" w:lastRow="0" w:noHBand="0" w:noVBand="1" w:val="04A0"/>
      </w:tblPr>
      <w:tblGrid>
        <w:gridCol w:w="8899"/>
        <w:gridCol w:w="1699"/>
      </w:tblGrid>
      <w:tr>
        <w:tc>
          <w:tcPr>
            <w:tcW w:type="dxa" w:w="8899"/>
            <w:shd w:fill="EAF2F8"/>
            <w:tcMar>
              <w:top w:w="95" w:type="dxa"/>
              <w:start w:w="125" w:type="dxa"/>
              <w:bottom w:w="95" w:type="dxa"/>
              <w:end w:w="125" w:type="dxa"/>
            </w:tcMar>
            <w:tcBorders>
              <w:bottom w:val="single" w:sz="4" w:color="D6E2EC"/>
            </w:tcBorders>
            <w:vAlign w:val="center"/>
          </w:tcPr>
          <w:p>
            <w:pPr>
              <w:spacing w:before="0" w:after="0" w:line="240" w:lineRule="auto"/>
            </w:pPr>
            <w:r>
              <w:rPr>
                <w:rFonts w:ascii="Aptos" w:hAnsi="Aptos"/>
                <w:b/>
                <w:color w:val="0B3357"/>
                <w:sz w:val="21"/>
              </w:rPr>
              <w:t>13.  Adjournment</w:t>
            </w:r>
          </w:p>
        </w:tc>
        <w:tc>
          <w:tcPr>
            <w:tcW w:type="dxa" w:w="1699"/>
            <w:shd w:fill="175F96"/>
            <w:tcMar>
              <w:top w:w="95" w:type="dxa"/>
              <w:start w:w="125" w:type="dxa"/>
              <w:bottom w:w="95" w:type="dxa"/>
              <w:end w:w="125" w:type="dxa"/>
            </w:tcMar>
            <w:tcBorders>
              <w:bottom w:val="single" w:sz="4" w:color="D6E2EC"/>
            </w:tcBorders>
            <w:vAlign w:val="center"/>
          </w:tcPr>
          <w:p>
            <w:pPr>
              <w:spacing w:before="0" w:after="0" w:line="240" w:lineRule="auto"/>
              <w:jc w:val="center"/>
            </w:pPr>
            <w:r>
              <w:rPr>
                <w:rFonts w:ascii="Aptos" w:hAnsi="Aptos"/>
                <w:b/>
                <w:color w:val="FFFFFF"/>
                <w:sz w:val="15"/>
              </w:rPr>
              <w:t>ACTION ITEM</w:t>
            </w:r>
          </w:p>
        </w:tc>
      </w:tr>
    </w:tbl>
    <w:p>
      <w:pPr>
        <w:spacing w:after="0"/>
      </w:pPr>
    </w:p>
    <w:p>
      <w:pPr>
        <w:spacing w:before="80" w:after="60" w:line="240" w:lineRule="auto"/>
        <w:keepNext w:val="1"/>
      </w:pPr>
      <w:r>
        <w:rPr>
          <w:rFonts w:ascii="Aptos" w:hAnsi="Aptos"/>
          <w:b/>
          <w:color w:val="5B6570"/>
          <w:sz w:val="15"/>
        </w:rPr>
        <w:t>DISTRICT POSTING REPORT</w:t>
      </w:r>
    </w:p>
    <w:p>
      <w:pPr>
        <w:spacing w:before="0" w:after="60" w:line="240" w:lineRule="auto"/>
      </w:pPr>
      <w:r>
        <w:rPr>
          <w:rFonts w:ascii="Aptos" w:hAnsi="Aptos"/>
          <w:b w:val="0"/>
          <w:color w:val="1F2D3D"/>
          <w:sz w:val="16"/>
        </w:rPr>
        <w:t>I.C. § 74-204 (1) &amp; (2) Regular Meeting: Post forty-eight (48) hours in advance of the meeting.</w:t>
      </w:r>
    </w:p>
    <w:tbl>
      <w:tblPr>
        <w:tblW w:type="auto" w:w="0"/>
        <w:jc w:val="center"/>
        <w:tblLayout w:type="fixed"/>
        <w:tblLook w:firstColumn="1" w:firstRow="1" w:lastColumn="0" w:lastRow="0" w:noHBand="0" w:noVBand="1" w:val="04A0"/>
      </w:tblPr>
      <w:tblGrid>
        <w:gridCol w:w="2448"/>
        <w:gridCol w:w="2088"/>
        <w:gridCol w:w="1800"/>
        <w:gridCol w:w="4262"/>
      </w:tblGrid>
      <w:tr>
        <w:tc>
          <w:tcPr>
            <w:tcW w:type="dxa" w:w="2649"/>
            <w:shd w:fill="0B3357"/>
            <w:tcMar>
              <w:top w:w="55" w:type="dxa"/>
              <w:start w:w="75" w:type="dxa"/>
              <w:bottom w:w="55" w:type="dxa"/>
              <w:end w:w="75"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3"/>
              </w:rPr>
              <w:t>BY</w:t>
            </w:r>
          </w:p>
        </w:tc>
        <w:tc>
          <w:tcPr>
            <w:tcW w:type="dxa" w:w="2649"/>
            <w:shd w:fill="0B3357"/>
            <w:tcMar>
              <w:top w:w="55" w:type="dxa"/>
              <w:start w:w="75" w:type="dxa"/>
              <w:bottom w:w="55" w:type="dxa"/>
              <w:end w:w="75"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3"/>
              </w:rPr>
              <w:t>DATE</w:t>
            </w:r>
          </w:p>
        </w:tc>
        <w:tc>
          <w:tcPr>
            <w:tcW w:type="dxa" w:w="2649"/>
            <w:shd w:fill="0B3357"/>
            <w:tcMar>
              <w:top w:w="55" w:type="dxa"/>
              <w:start w:w="75" w:type="dxa"/>
              <w:bottom w:w="55" w:type="dxa"/>
              <w:end w:w="75"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3"/>
              </w:rPr>
              <w:t>TIME</w:t>
            </w:r>
          </w:p>
        </w:tc>
        <w:tc>
          <w:tcPr>
            <w:tcW w:type="dxa" w:w="2649"/>
            <w:shd w:fill="0B3357"/>
            <w:tcMar>
              <w:top w:w="55" w:type="dxa"/>
              <w:start w:w="75" w:type="dxa"/>
              <w:bottom w:w="55" w:type="dxa"/>
              <w:end w:w="75" w:type="dxa"/>
            </w:tcMar>
            <w:tcBorders>
              <w:top w:val="single" w:sz="2" w:color="0B3357"/>
              <w:left w:val="single" w:sz="2" w:color="0B3357"/>
              <w:bottom w:val="single" w:sz="2" w:color="0B3357"/>
              <w:right w:val="single" w:sz="2" w:color="0B3357"/>
            </w:tcBorders>
          </w:tcPr>
          <w:p>
            <w:pPr>
              <w:spacing w:before="0" w:after="0" w:line="240" w:lineRule="auto"/>
            </w:pPr>
            <w:r>
              <w:rPr>
                <w:rFonts w:ascii="Aptos" w:hAnsi="Aptos"/>
                <w:b/>
                <w:color w:val="FFFFFF"/>
                <w:sz w:val="13"/>
              </w:rPr>
              <w:t>LOCATION</w:t>
            </w:r>
          </w:p>
        </w:tc>
      </w:tr>
      <w:tr>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Mari Adams</w:t>
            </w:r>
          </w:p>
        </w:tc>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9/10/2026</w:t>
            </w:r>
          </w:p>
        </w:tc>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15:00</w:t>
            </w:r>
          </w:p>
        </w:tc>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204 Commercial Street, Idaho City</w:t>
            </w:r>
          </w:p>
        </w:tc>
      </w:tr>
      <w:tr>
        <w:tc>
          <w:tcPr>
            <w:tcW w:type="dxa" w:w="2649"/>
            <w:shd w:fill="FFFFFF"/>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Mari Adams</w:t>
            </w:r>
          </w:p>
        </w:tc>
        <w:tc>
          <w:tcPr>
            <w:tcW w:type="dxa" w:w="2649"/>
            <w:shd w:fill="FFFFFF"/>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9/10/2026</w:t>
            </w:r>
          </w:p>
        </w:tc>
        <w:tc>
          <w:tcPr>
            <w:tcW w:type="dxa" w:w="2649"/>
            <w:shd w:fill="FFFFFF"/>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21:00</w:t>
            </w:r>
          </w:p>
        </w:tc>
        <w:tc>
          <w:tcPr>
            <w:tcW w:type="dxa" w:w="2649"/>
            <w:shd w:fill="FFFFFF"/>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EBCED Facebook Page</w:t>
            </w:r>
          </w:p>
        </w:tc>
      </w:tr>
      <w:tr>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Mari Adams</w:t>
            </w:r>
          </w:p>
        </w:tc>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9/10/2026</w:t>
            </w:r>
          </w:p>
        </w:tc>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21:00</w:t>
            </w:r>
          </w:p>
        </w:tc>
        <w:tc>
          <w:tcPr>
            <w:tcW w:type="dxa" w:w="2649"/>
            <w:shd w:fill="F6F8FA"/>
            <w:tcMar>
              <w:top w:w="65" w:type="dxa"/>
              <w:start w:w="75" w:type="dxa"/>
              <w:bottom w:w="65" w:type="dxa"/>
              <w:end w:w="75" w:type="dxa"/>
            </w:tcMar>
            <w:tcBorders>
              <w:top w:val="single" w:sz="2" w:color="D6E2EC"/>
              <w:left w:val="single" w:sz="2" w:color="D6E2EC"/>
              <w:bottom w:val="single" w:sz="2" w:color="D6E2EC"/>
              <w:right w:val="single" w:sz="2" w:color="D6E2EC"/>
            </w:tcBorders>
          </w:tcPr>
          <w:p>
            <w:pPr>
              <w:spacing w:before="0" w:after="0" w:line="240" w:lineRule="auto"/>
            </w:pPr>
            <w:r>
              <w:rPr>
                <w:rFonts w:ascii="Aptos" w:hAnsi="Aptos"/>
                <w:b w:val="0"/>
                <w:color w:val="1F2D3D"/>
                <w:sz w:val="15"/>
              </w:rPr>
              <w:t>EBCED Website</w:t>
            </w:r>
          </w:p>
        </w:tc>
      </w:tr>
    </w:tbl>
    <w:p>
      <w:pPr>
        <w:spacing w:before="80" w:after="0" w:line="240" w:lineRule="auto"/>
      </w:pPr>
      <w:r>
        <w:rPr>
          <w:rFonts w:ascii="Aptos" w:hAnsi="Aptos"/>
          <w:b/>
          <w:color w:val="0B3357"/>
          <w:sz w:val="16"/>
        </w:rPr>
        <w:t>PREPARED / POSTED BY:  __________________________________________</w:t>
      </w:r>
    </w:p>
    <w:sectPr w:rsidR="00FC693F" w:rsidRPr="0006063C" w:rsidSect="00034616">
      <w:headerReference w:type="default" r:id="rId9"/>
      <w:footerReference w:type="default" r:id="rId10"/>
      <w:pgSz w:w="12240" w:h="15840"/>
      <w:pgMar w:top="1123" w:right="821" w:bottom="749" w:left="821" w:header="259"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ptos" w:hAnsi="Aptos"/>
        <w:b w:val="0"/>
        <w:color w:val="5B6570"/>
        <w:sz w:val="14"/>
      </w:rPr>
      <w:t xml:space="preserve">East Boise County EMS District  |  Meeting Notice &amp; Agenda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1296"/>
      <w:gridCol w:w="9288"/>
    </w:tblGrid>
    <w:tr>
      <w:tc>
        <w:tcPr>
          <w:tcW w:type="dxa" w:w="5292"/>
          <w:tcMar>
            <w:top w:w="0" w:type="dxa"/>
            <w:start w:w="0" w:type="dxa"/>
            <w:bottom w:w="0" w:type="dxa"/>
            <w:end w:w="0" w:type="dxa"/>
          </w:tcMar>
          <w:vAlign w:val="center"/>
          <w:tcBorders>
            <w:bottom w:val="single" w:sz="8" w:color="175F96"/>
          </w:tcBorders>
        </w:tcPr>
        <w:p>
          <w:pPr>
            <w:spacing w:before="0" w:after="0" w:line="240" w:lineRule="auto"/>
            <w:jc w:val="left"/>
          </w:pPr>
          <w:r>
            <w:drawing>
              <wp:inline xmlns:a="http://schemas.openxmlformats.org/drawingml/2006/main" xmlns:pic="http://schemas.openxmlformats.org/drawingml/2006/picture">
                <wp:extent cx="557784" cy="397860"/>
                <wp:docPr id="1" name="Picture 1"/>
                <wp:cNvGraphicFramePr>
                  <a:graphicFrameLocks noChangeAspect="1"/>
                </wp:cNvGraphicFramePr>
                <a:graphic>
                  <a:graphicData uri="http://schemas.openxmlformats.org/drawingml/2006/picture">
                    <pic:pic>
                      <pic:nvPicPr>
                        <pic:cNvPr id="0" name="img-000.png"/>
                        <pic:cNvPicPr/>
                      </pic:nvPicPr>
                      <pic:blipFill>
                        <a:blip r:embed="rId1"/>
                        <a:stretch>
                          <a:fillRect/>
                        </a:stretch>
                      </pic:blipFill>
                      <pic:spPr>
                        <a:xfrm>
                          <a:off x="0" y="0"/>
                          <a:ext cx="557784" cy="397860"/>
                        </a:xfrm>
                        <a:prstGeom prst="rect"/>
                      </pic:spPr>
                    </pic:pic>
                  </a:graphicData>
                </a:graphic>
              </wp:inline>
            </w:drawing>
          </w:r>
        </w:p>
      </w:tc>
      <w:tc>
        <w:tcPr>
          <w:tcW w:type="dxa" w:w="5292"/>
          <w:tcMar>
            <w:top w:w="0" w:type="dxa"/>
            <w:start w:w="40" w:type="dxa"/>
            <w:bottom w:w="0" w:type="dxa"/>
            <w:end w:w="0" w:type="dxa"/>
          </w:tcMar>
          <w:vAlign w:val="center"/>
          <w:tcBorders>
            <w:bottom w:val="single" w:sz="8" w:color="175F96"/>
          </w:tcBorders>
        </w:tcPr>
        <w:p>
          <w:pPr>
            <w:spacing w:before="0" w:after="0" w:line="240" w:lineRule="auto"/>
            <w:jc w:val="right"/>
          </w:pPr>
          <w:r>
            <w:rPr>
              <w:rFonts w:ascii="Aptos" w:hAnsi="Aptos"/>
              <w:b/>
              <w:color w:val="0B3357"/>
              <w:sz w:val="24"/>
            </w:rPr>
            <w:t>EAST BOISE COUNTY EMS DISTRICT</w:t>
          </w:r>
        </w:p>
        <w:p>
          <w:pPr>
            <w:spacing w:before="0" w:after="0" w:line="240" w:lineRule="auto"/>
            <w:jc w:val="right"/>
          </w:pPr>
          <w:r>
            <w:rPr>
              <w:rFonts w:ascii="Aptos" w:hAnsi="Aptos"/>
              <w:b/>
              <w:color w:val="1F2D3D"/>
              <w:sz w:val="16"/>
            </w:rPr>
            <w:t>REGULAR MEETING OF THE BOARD OF COMMISSIONERS</w:t>
          </w:r>
        </w:p>
        <w:p>
          <w:pPr>
            <w:spacing w:before="0" w:after="0" w:line="240" w:lineRule="auto"/>
            <w:jc w:val="right"/>
          </w:pPr>
          <w:r>
            <w:rPr>
              <w:rFonts w:ascii="Aptos" w:hAnsi="Aptos"/>
              <w:b/>
              <w:color w:val="175F96"/>
              <w:sz w:val="20"/>
            </w:rPr>
            <w:t>MEETING NOTICE &amp; AGENDA</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color w:val="1F2D3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eams.microsoft.com/meet/2567910958438?p=yjOt0Nn57dy0qWM1q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